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YOUR NAME</w:t>
      </w:r>
    </w:p>
    <w:p>
      <w:pPr>
        <w:jc w:val="center"/>
      </w:pPr>
      <w:r>
        <w:t>Degree (YYYY)  |  Skill 1, Skill 2, Skill 3</w:t>
      </w:r>
    </w:p>
    <w:p>
      <w:pPr>
        <w:jc w:val="center"/>
      </w:pPr>
      <w:r>
        <w:t>City, State  |  +91 98XXX XXXXX  |  you@email.com  |  linkedin.com/in/yourname</w:t>
      </w:r>
    </w:p>
    <w:p>
      <w:pPr>
        <w:spacing w:before="200" w:after="80"/>
        <w:pBdr>
          <w:bottom w:val="single" w:sz="6" w:space="1" w:color="999999"/>
        </w:pBdr>
      </w:pPr>
      <w:r>
        <w:rPr>
          <w:b/>
          <w:color w:val="222222"/>
          <w:sz w:val="21"/>
        </w:rPr>
        <w:t>SUMMARY</w:t>
      </w:r>
    </w:p>
    <w:p>
      <w:r>
        <w:t>[Degree] graduate who [best project or internship, with a result]. Skilled in [2–4 skills you can prove]. Looking for a [target role] role.</w:t>
      </w:r>
    </w:p>
    <w:p>
      <w:pPr>
        <w:spacing w:before="200" w:after="80"/>
        <w:pBdr>
          <w:bottom w:val="single" w:sz="6" w:space="1" w:color="999999"/>
        </w:pBdr>
      </w:pPr>
      <w:r>
        <w:rPr>
          <w:b/>
          <w:color w:val="222222"/>
          <w:sz w:val="21"/>
        </w:rPr>
        <w:t>EDUCATION</w:t>
      </w:r>
    </w:p>
    <w:p>
      <w:r>
        <w:rPr>
          <w:b/>
        </w:rPr>
        <w:t>B.Tech / B.Com / B.Sc, Branch</w:t>
      </w:r>
      <w:r>
        <w:rPr>
          <w:i/>
        </w:rPr>
        <w:t>, College, University</w:t>
      </w:r>
      <w:r>
        <w:t xml:space="preserve">  |  YYYY  |  CGPA X.X</w:t>
      </w:r>
    </w:p>
    <w:p>
      <w:r>
        <w:t>Class XII, Board, School, YYYY  |  XX%</w:t>
      </w:r>
    </w:p>
    <w:p>
      <w:r>
        <w:t>Class X, Board, School, YYYY  |  XX%</w:t>
      </w:r>
    </w:p>
    <w:p>
      <w:pPr>
        <w:spacing w:before="200" w:after="80"/>
        <w:pBdr>
          <w:bottom w:val="single" w:sz="6" w:space="1" w:color="999999"/>
        </w:pBdr>
      </w:pPr>
      <w:r>
        <w:rPr>
          <w:b/>
          <w:color w:val="222222"/>
          <w:sz w:val="21"/>
        </w:rPr>
        <w:t>PROJECTS</w:t>
      </w:r>
    </w:p>
    <w:p>
      <w:r>
        <w:rPr>
          <w:b/>
        </w:rPr>
        <w:t>Project Name</w:t>
      </w:r>
      <w:r>
        <w:rPr>
          <w:i/>
        </w:rPr>
        <w:t>, Tools used</w:t>
      </w:r>
    </w:p>
    <w:p>
      <w:pPr>
        <w:pStyle w:val="ListBullet"/>
        <w:spacing w:after="20"/>
      </w:pPr>
      <w:r>
        <w:t>What it does and who it is for.</w:t>
      </w:r>
    </w:p>
    <w:p>
      <w:pPr>
        <w:pStyle w:val="ListBullet"/>
        <w:spacing w:after="20"/>
      </w:pPr>
      <w:r>
        <w:t>What you built and one result (users, accuracy, time saved).</w:t>
      </w:r>
    </w:p>
    <w:p>
      <w:r>
        <w:rPr>
          <w:b/>
        </w:rPr>
        <w:t>Second Project</w:t>
      </w:r>
      <w:r>
        <w:rPr>
          <w:i/>
        </w:rPr>
        <w:t>, Tools used</w:t>
      </w:r>
    </w:p>
    <w:p>
      <w:pPr>
        <w:pStyle w:val="ListBullet"/>
        <w:spacing w:after="20"/>
      </w:pPr>
      <w:r>
        <w:t>What it does and one result.</w:t>
      </w:r>
    </w:p>
    <w:p>
      <w:pPr>
        <w:spacing w:before="200" w:after="80"/>
        <w:pBdr>
          <w:bottom w:val="single" w:sz="6" w:space="1" w:color="999999"/>
        </w:pBdr>
      </w:pPr>
      <w:r>
        <w:rPr>
          <w:b/>
          <w:color w:val="222222"/>
          <w:sz w:val="21"/>
        </w:rPr>
        <w:t>INTERNSHIPS &amp; TRAINING</w:t>
      </w:r>
    </w:p>
    <w:p>
      <w:r>
        <w:rPr>
          <w:b/>
        </w:rPr>
        <w:t>Intern, Team</w:t>
      </w:r>
      <w:r>
        <w:rPr>
          <w:i/>
        </w:rPr>
        <w:t>, Organisation, City</w:t>
      </w:r>
      <w:r>
        <w:t xml:space="preserve">  |  Mon YYYY – Mon YYYY</w:t>
      </w:r>
    </w:p>
    <w:p>
      <w:pPr>
        <w:pStyle w:val="ListBullet"/>
        <w:spacing w:after="20"/>
      </w:pPr>
      <w:r>
        <w:t>Task you owned + tools + outcome.</w:t>
      </w:r>
    </w:p>
    <w:p>
      <w:pPr>
        <w:spacing w:before="200" w:after="80"/>
        <w:pBdr>
          <w:bottom w:val="single" w:sz="6" w:space="1" w:color="999999"/>
        </w:pBdr>
      </w:pPr>
      <w:r>
        <w:rPr>
          <w:b/>
          <w:color w:val="222222"/>
          <w:sz w:val="21"/>
        </w:rPr>
        <w:t>SKILLS</w:t>
      </w:r>
    </w:p>
    <w:p>
      <w:r>
        <w:t>Technical: Skill, Skill, Skill</w:t>
      </w:r>
    </w:p>
    <w:p>
      <w:r>
        <w:t>Tools: Tool, Tool</w:t>
      </w:r>
    </w:p>
    <w:p>
      <w:r>
        <w:t>Languages: English, Hindi</w:t>
      </w:r>
    </w:p>
    <w:p>
      <w:pPr>
        <w:spacing w:before="200" w:after="80"/>
        <w:pBdr>
          <w:bottom w:val="single" w:sz="6" w:space="1" w:color="999999"/>
        </w:pBdr>
      </w:pPr>
      <w:r>
        <w:rPr>
          <w:b/>
          <w:color w:val="222222"/>
          <w:sz w:val="21"/>
        </w:rPr>
        <w:t>CERTIFICATIONS &amp; ACHIEVEMENTS</w:t>
      </w:r>
    </w:p>
    <w:p>
      <w:pPr>
        <w:pStyle w:val="ListBullet"/>
        <w:spacing w:after="20"/>
      </w:pPr>
      <w:r>
        <w:t>Certification, Issuer, YYYY</w:t>
      </w:r>
    </w:p>
    <w:p>
      <w:pPr>
        <w:pStyle w:val="ListBullet"/>
        <w:spacing w:after="20"/>
      </w:pPr>
      <w:r>
        <w:t>Hackathon / competition / position of responsibility</w:t>
      </w:r>
    </w:p>
    <w:sectPr w:rsidR="00FC693F" w:rsidRPr="0006063C" w:rsidSect="00034616">
      <w:pgSz w:w="12240" w:h="15840"/>
      <w:pgMar w:top="800" w:right="960" w:bottom="800" w:left="9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 resume template</dc:title>
  <dc:subject/>
  <dc:creator>Resumaxx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