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YOUR NAME</w:t>
      </w:r>
    </w:p>
    <w:p>
      <w:pPr>
        <w:jc w:val="center"/>
      </w:pPr>
      <w:r>
        <w:t>Target Job Title  |  Skill 1, Skill 2, Skill 3</w:t>
      </w:r>
    </w:p>
    <w:p>
      <w:pPr>
        <w:jc w:val="center"/>
      </w:pPr>
      <w:r>
        <w:t>City, State  |  +91 98XXX XXXXX  |  you@email.com  |  linkedin.com/in/yourname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SUMMARY</w:t>
      </w:r>
    </w:p>
    <w:p>
      <w:r>
        <w:t>[Job title] with [X] years of experience in [domain]. Known for [strongest result or specialty]. Skilled in [3–4 skills from the job description you can prove]. Looking for a [target role] role.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EXPERIENCE</w:t>
      </w:r>
    </w:p>
    <w:p>
      <w:r>
        <w:rPr>
          <w:b/>
        </w:rPr>
        <w:t>Job Title</w:t>
      </w:r>
      <w:r>
        <w:rPr>
          <w:i/>
        </w:rPr>
        <w:t>, Company Name, City</w:t>
      </w:r>
      <w:r>
        <w:t xml:space="preserve">  |  Mon YYYY – Present</w:t>
      </w:r>
    </w:p>
    <w:p>
      <w:pPr>
        <w:pStyle w:val="ListBullet"/>
        <w:spacing w:after="20"/>
      </w:pPr>
      <w:r>
        <w:t>Action verb + what you did + tools used + measurable result (for example: cut report time from 6 hours to 1).</w:t>
      </w:r>
    </w:p>
    <w:p>
      <w:pPr>
        <w:pStyle w:val="ListBullet"/>
        <w:spacing w:after="20"/>
      </w:pPr>
      <w:r>
        <w:t>Action verb + scope (team size, budget, users, volume) + outcome.</w:t>
      </w:r>
    </w:p>
    <w:p>
      <w:pPr>
        <w:pStyle w:val="ListBullet"/>
        <w:spacing w:after="20"/>
      </w:pPr>
      <w:r>
        <w:t>Action verb + a skill from the job description shown in real work + result.</w:t>
      </w:r>
    </w:p>
    <w:p>
      <w:r>
        <w:rPr>
          <w:b/>
        </w:rPr>
        <w:t>Previous Job Title</w:t>
      </w:r>
      <w:r>
        <w:rPr>
          <w:i/>
        </w:rPr>
        <w:t>, Company Name, City</w:t>
      </w:r>
      <w:r>
        <w:t xml:space="preserve">  |  Mon YYYY – Mon YYYY</w:t>
      </w:r>
    </w:p>
    <w:p>
      <w:pPr>
        <w:pStyle w:val="ListBullet"/>
        <w:spacing w:after="20"/>
      </w:pPr>
      <w:r>
        <w:t>Most relevant achievement for the job you are applying to.</w:t>
      </w:r>
    </w:p>
    <w:p>
      <w:pPr>
        <w:pStyle w:val="ListBullet"/>
        <w:spacing w:after="20"/>
      </w:pPr>
      <w:r>
        <w:t>Second achievement with a number.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EDUCATION</w:t>
      </w:r>
    </w:p>
    <w:p>
      <w:r>
        <w:rPr>
          <w:b/>
        </w:rPr>
        <w:t>Degree, Branch</w:t>
      </w:r>
      <w:r>
        <w:rPr>
          <w:i/>
        </w:rPr>
        <w:t>, College / University</w:t>
      </w:r>
      <w:r>
        <w:t xml:space="preserve">  |  YYYY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SKILLS</w:t>
      </w:r>
    </w:p>
    <w:p>
      <w:r>
        <w:t>Technical: Skill, Skill, Skill</w:t>
      </w:r>
    </w:p>
    <w:p>
      <w:r>
        <w:t>Tools: Tool, Tool, Tool</w:t>
      </w:r>
    </w:p>
    <w:p>
      <w:r>
        <w:t>Languages: English, Hindi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CERTIFICATIONS</w:t>
      </w:r>
    </w:p>
    <w:p>
      <w:r>
        <w:t>Certification Name, Issuer, YYYY</w:t>
      </w:r>
    </w:p>
    <w:sectPr w:rsidR="00FC693F" w:rsidRPr="0006063C" w:rsidSect="00034616">
      <w:pgSz w:w="12240" w:h="15840"/>
      <w:pgMar w:top="800" w:right="960" w:bottom="80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resume template</dc:title>
  <dc:subject/>
  <dc:creator>Resumaxx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